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1E735" w14:textId="7B6852EE" w:rsidR="00066EF3" w:rsidRDefault="00000000" w:rsidP="004B3044">
      <w:pPr>
        <w:spacing w:after="580"/>
        <w:ind w:firstLine="720"/>
        <w:jc w:val="both"/>
      </w:pPr>
      <w:r>
        <w:t>На основу члана 32. став 1. тачка 5. Закона о избору народних посланика („Службени гласник РС“, бр. 14/22 и 47/26) и члана 5. Упутства о примопредаји изборног материјала пре и после гласања („Службени гласник РС“, бр. 91/23</w:t>
      </w:r>
      <w:r w:rsidR="0080685F" w:rsidRPr="0080685F">
        <w:t>– пречишћен текст</w:t>
      </w:r>
      <w:r>
        <w:t>), Општинска изборна комисија општине Жабаљ даје</w:t>
      </w:r>
    </w:p>
    <w:p w14:paraId="063F9188" w14:textId="77777777" w:rsidR="00066EF3" w:rsidRDefault="00000000">
      <w:pPr>
        <w:jc w:val="center"/>
      </w:pPr>
      <w:r>
        <w:rPr>
          <w:b/>
        </w:rPr>
        <w:t>О Б А В Е Ш Т Е Њ Е</w:t>
      </w:r>
    </w:p>
    <w:p w14:paraId="4FBEC780" w14:textId="26A9EB08" w:rsidR="00066EF3" w:rsidRPr="00391090" w:rsidRDefault="00000000">
      <w:pPr>
        <w:jc w:val="center"/>
        <w:rPr>
          <w:b/>
          <w:lang w:val="sr-Cyrl-RS"/>
        </w:rPr>
      </w:pPr>
      <w:r>
        <w:rPr>
          <w:b/>
        </w:rPr>
        <w:t>О ВРЕМЕНУ И МЕСТУ ПРИМОПРЕДАЈЕ ИЗБОРНОГ</w:t>
      </w:r>
      <w:r w:rsidR="00391090">
        <w:rPr>
          <w:b/>
        </w:rPr>
        <w:t xml:space="preserve"> </w:t>
      </w:r>
      <w:r w:rsidR="00391090">
        <w:rPr>
          <w:b/>
          <w:lang w:val="sr-Cyrl-RS"/>
        </w:rPr>
        <w:t xml:space="preserve"> МАТЕРИЈАЛА</w:t>
      </w:r>
    </w:p>
    <w:p w14:paraId="060C3EFD" w14:textId="77777777" w:rsidR="004B3044" w:rsidRPr="004B3044" w:rsidRDefault="004B3044">
      <w:pPr>
        <w:jc w:val="center"/>
        <w:rPr>
          <w:lang w:val="sr-Cyrl-RS"/>
        </w:rPr>
      </w:pPr>
    </w:p>
    <w:p w14:paraId="5F532B0D" w14:textId="11D8A752" w:rsidR="004B3044" w:rsidRPr="004B3044" w:rsidRDefault="004B3044" w:rsidP="004B3044">
      <w:pPr>
        <w:ind w:firstLine="720"/>
        <w:jc w:val="both"/>
        <w:rPr>
          <w:bCs/>
        </w:rPr>
      </w:pPr>
      <w:r w:rsidRPr="004B3044">
        <w:rPr>
          <w:bCs/>
        </w:rPr>
        <w:t xml:space="preserve">Примопредаја изборног материјала пре гласања, између Општинске изборне комисије општине Жабаљ и бирачких одбора (председника или заменика председника бирачких одбора), за спровођење избора за народне посланике Народне скупштине, расписаних за 25. октобар 2026. године, обавиће се у петак, 23. октобра 2026. године, у згради Општине Жабаљ, у Улици Николе Тесле број 45, </w:t>
      </w:r>
      <w:r w:rsidR="00CE0362" w:rsidRPr="00CE0362">
        <w:rPr>
          <w:bCs/>
        </w:rPr>
        <w:t xml:space="preserve">у Великој сали Скупштине општине Жабаљ, </w:t>
      </w:r>
      <w:r w:rsidRPr="004B3044">
        <w:rPr>
          <w:bCs/>
        </w:rPr>
        <w:t>према следећем распореду:</w:t>
      </w:r>
    </w:p>
    <w:p w14:paraId="14A78D48" w14:textId="77777777" w:rsidR="004B3044" w:rsidRPr="004B3044" w:rsidRDefault="004B3044" w:rsidP="004B3044">
      <w:pPr>
        <w:jc w:val="center"/>
        <w:rPr>
          <w:b/>
        </w:rPr>
      </w:pPr>
    </w:p>
    <w:p w14:paraId="7AE3CAC9" w14:textId="77777777" w:rsidR="004B3044" w:rsidRPr="00CE0362" w:rsidRDefault="004B3044" w:rsidP="004B3044">
      <w:pPr>
        <w:ind w:firstLine="720"/>
        <w:jc w:val="both"/>
        <w:rPr>
          <w:bCs/>
        </w:rPr>
      </w:pPr>
      <w:r w:rsidRPr="00CE0362">
        <w:rPr>
          <w:bCs/>
        </w:rPr>
        <w:t>1. За бирачка места од 1 до 9, од 15.00 до 16.00 часова.</w:t>
      </w:r>
    </w:p>
    <w:p w14:paraId="0FE773BD" w14:textId="77777777" w:rsidR="004B3044" w:rsidRPr="00CE0362" w:rsidRDefault="004B3044" w:rsidP="004B3044">
      <w:pPr>
        <w:jc w:val="both"/>
        <w:rPr>
          <w:bCs/>
        </w:rPr>
      </w:pPr>
    </w:p>
    <w:p w14:paraId="3D4FD0BC" w14:textId="77777777" w:rsidR="004B3044" w:rsidRPr="00CE0362" w:rsidRDefault="004B3044" w:rsidP="004B3044">
      <w:pPr>
        <w:ind w:firstLine="720"/>
        <w:jc w:val="both"/>
        <w:rPr>
          <w:bCs/>
        </w:rPr>
      </w:pPr>
      <w:r w:rsidRPr="00CE0362">
        <w:rPr>
          <w:bCs/>
        </w:rPr>
        <w:t>2. За бирачка места од 10 до 20, од 16.00 до 17.00 часова.</w:t>
      </w:r>
    </w:p>
    <w:p w14:paraId="3A07832E" w14:textId="77777777" w:rsidR="004B3044" w:rsidRPr="00CE0362" w:rsidRDefault="004B3044" w:rsidP="004B3044">
      <w:pPr>
        <w:jc w:val="both"/>
        <w:rPr>
          <w:bCs/>
        </w:rPr>
      </w:pPr>
    </w:p>
    <w:p w14:paraId="0A5D8815" w14:textId="77777777" w:rsidR="004B3044" w:rsidRDefault="004B3044" w:rsidP="004B3044">
      <w:pPr>
        <w:ind w:firstLine="720"/>
        <w:jc w:val="both"/>
        <w:rPr>
          <w:bCs/>
          <w:lang w:val="sr-Cyrl-RS"/>
        </w:rPr>
      </w:pPr>
      <w:r w:rsidRPr="00CE0362">
        <w:rPr>
          <w:bCs/>
        </w:rPr>
        <w:t>3. За бирачка места од 21 до 31, од 17.00 до 18.00 часова.</w:t>
      </w:r>
    </w:p>
    <w:p w14:paraId="36D91359" w14:textId="77777777" w:rsidR="00605D03" w:rsidRPr="00605D03" w:rsidRDefault="00605D03" w:rsidP="004B3044">
      <w:pPr>
        <w:ind w:firstLine="720"/>
        <w:jc w:val="both"/>
        <w:rPr>
          <w:bCs/>
          <w:lang w:val="sr-Cyrl-RS"/>
        </w:rPr>
      </w:pPr>
    </w:p>
    <w:p w14:paraId="71E665BB" w14:textId="77777777" w:rsidR="004B3044" w:rsidRDefault="004B3044" w:rsidP="004B3044">
      <w:pPr>
        <w:jc w:val="center"/>
        <w:rPr>
          <w:b/>
          <w:lang w:val="sr-Cyrl-RS"/>
        </w:rPr>
      </w:pPr>
    </w:p>
    <w:p w14:paraId="17980DE2" w14:textId="413A3A96" w:rsidR="0080685F" w:rsidRPr="0080685F" w:rsidRDefault="0080685F" w:rsidP="004B3044">
      <w:pPr>
        <w:jc w:val="center"/>
      </w:pPr>
      <w:r w:rsidRPr="0080685F">
        <w:t>РЕПУБЛИКА СРБИЈА</w:t>
      </w:r>
    </w:p>
    <w:p w14:paraId="3F595837" w14:textId="77777777" w:rsidR="0080685F" w:rsidRPr="0080685F" w:rsidRDefault="0080685F" w:rsidP="0080685F">
      <w:pPr>
        <w:jc w:val="center"/>
      </w:pPr>
      <w:r w:rsidRPr="0080685F">
        <w:t>АУТОНОМНА ПОКРАЈИНА ВОЈВОДИНА</w:t>
      </w:r>
    </w:p>
    <w:p w14:paraId="619A09E6" w14:textId="77777777" w:rsidR="0080685F" w:rsidRPr="0080685F" w:rsidRDefault="0080685F" w:rsidP="0080685F">
      <w:pPr>
        <w:jc w:val="center"/>
      </w:pPr>
      <w:r w:rsidRPr="0080685F">
        <w:t>ОПШТИНА ЖАБАЉ</w:t>
      </w:r>
    </w:p>
    <w:p w14:paraId="6D7AA72D" w14:textId="77777777" w:rsidR="0080685F" w:rsidRPr="0080685F" w:rsidRDefault="0080685F" w:rsidP="0080685F">
      <w:pPr>
        <w:jc w:val="center"/>
      </w:pPr>
      <w:r w:rsidRPr="0080685F">
        <w:t>ОПШТИНСКА ИЗБОРНА КОМИСИЈА</w:t>
      </w:r>
    </w:p>
    <w:p w14:paraId="156C5566" w14:textId="77777777" w:rsidR="0080685F" w:rsidRPr="0080685F" w:rsidRDefault="0080685F" w:rsidP="0080685F">
      <w:pPr>
        <w:spacing w:after="320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428"/>
        <w:gridCol w:w="4428"/>
      </w:tblGrid>
      <w:tr w:rsidR="0080685F" w:rsidRPr="0080685F" w14:paraId="316D6D61" w14:textId="77777777" w:rsidTr="003E08C0">
        <w:tc>
          <w:tcPr>
            <w:tcW w:w="4428" w:type="dxa"/>
          </w:tcPr>
          <w:p w14:paraId="7814DAD4" w14:textId="36E88382" w:rsidR="0080685F" w:rsidRPr="0080685F" w:rsidRDefault="0080685F" w:rsidP="0080685F">
            <w:r w:rsidRPr="0080685F">
              <w:t>Број: 013-</w:t>
            </w:r>
            <w:r w:rsidR="00BD098A">
              <w:rPr>
                <w:lang w:val="sr-Cyrl-RS"/>
              </w:rPr>
              <w:t>23</w:t>
            </w:r>
            <w:r w:rsidRPr="0080685F">
              <w:t>/2026-I</w:t>
            </w:r>
          </w:p>
          <w:p w14:paraId="531C00BC" w14:textId="13AD1BBB" w:rsidR="0080685F" w:rsidRPr="0080685F" w:rsidRDefault="0080685F" w:rsidP="0080685F">
            <w:r w:rsidRPr="0080685F">
              <w:t xml:space="preserve">У Жабљу, </w:t>
            </w:r>
            <w:r>
              <w:rPr>
                <w:lang w:val="sr-Cyrl-RS"/>
              </w:rPr>
              <w:t>21</w:t>
            </w:r>
            <w:r w:rsidRPr="0080685F">
              <w:rPr>
                <w:lang w:val="sr-Cyrl-RS"/>
              </w:rPr>
              <w:t>.</w:t>
            </w:r>
            <w:r w:rsidRPr="0080685F">
              <w:t xml:space="preserve"> </w:t>
            </w:r>
            <w:r>
              <w:rPr>
                <w:lang w:val="sr-Cyrl-RS"/>
              </w:rPr>
              <w:t xml:space="preserve">октобра </w:t>
            </w:r>
            <w:r w:rsidRPr="0080685F">
              <w:rPr>
                <w:lang w:val="sr-Cyrl-RS"/>
              </w:rPr>
              <w:t xml:space="preserve"> </w:t>
            </w:r>
            <w:r w:rsidRPr="0080685F">
              <w:t xml:space="preserve"> 2026. године</w:t>
            </w:r>
          </w:p>
        </w:tc>
        <w:tc>
          <w:tcPr>
            <w:tcW w:w="4428" w:type="dxa"/>
          </w:tcPr>
          <w:p w14:paraId="745500BD" w14:textId="1E993BBB" w:rsidR="0080685F" w:rsidRPr="0080685F" w:rsidRDefault="0080685F" w:rsidP="0080685F">
            <w:r w:rsidRPr="0080685F">
              <w:t xml:space="preserve">                </w:t>
            </w:r>
            <w:r w:rsidRPr="0080685F">
              <w:rPr>
                <w:lang w:val="sr-Cyrl-RS"/>
              </w:rPr>
              <w:t>П</w:t>
            </w:r>
            <w:r w:rsidRPr="0080685F">
              <w:t>редседник</w:t>
            </w:r>
            <w:r>
              <w:rPr>
                <w:lang w:val="sr-Cyrl-RS"/>
              </w:rPr>
              <w:t xml:space="preserve"> </w:t>
            </w:r>
            <w:r w:rsidRPr="0080685F">
              <w:t>Комисије</w:t>
            </w:r>
          </w:p>
          <w:p w14:paraId="7C0A47B2" w14:textId="6EA77B71" w:rsidR="0080685F" w:rsidRPr="0080685F" w:rsidRDefault="0080685F" w:rsidP="0080685F">
            <w:r w:rsidRPr="0080685F">
              <w:t xml:space="preserve">         </w:t>
            </w:r>
            <w:r>
              <w:rPr>
                <w:lang w:val="sr-Cyrl-RS"/>
              </w:rPr>
              <w:t>Марија Малиновић</w:t>
            </w:r>
            <w:r w:rsidR="002D2C41">
              <w:rPr>
                <w:lang w:val="sr-Cyrl-RS"/>
              </w:rPr>
              <w:t>,</w:t>
            </w:r>
            <w:r w:rsidRPr="0080685F">
              <w:t xml:space="preserve"> дипл. правник</w:t>
            </w:r>
          </w:p>
        </w:tc>
      </w:tr>
    </w:tbl>
    <w:p w14:paraId="63027C2D" w14:textId="4C7C1E1E" w:rsidR="00066EF3" w:rsidRDefault="00066EF3" w:rsidP="0080685F">
      <w:pPr>
        <w:spacing w:after="320"/>
      </w:pPr>
    </w:p>
    <w:sectPr w:rsidR="00066EF3" w:rsidSect="00034616">
      <w:pgSz w:w="12240" w:h="15840"/>
      <w:pgMar w:top="1587" w:right="1361" w:bottom="1361" w:left="153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689668">
    <w:abstractNumId w:val="8"/>
  </w:num>
  <w:num w:numId="2" w16cid:durableId="1115246766">
    <w:abstractNumId w:val="6"/>
  </w:num>
  <w:num w:numId="3" w16cid:durableId="1264805659">
    <w:abstractNumId w:val="5"/>
  </w:num>
  <w:num w:numId="4" w16cid:durableId="1118723551">
    <w:abstractNumId w:val="4"/>
  </w:num>
  <w:num w:numId="5" w16cid:durableId="1659072171">
    <w:abstractNumId w:val="7"/>
  </w:num>
  <w:num w:numId="6" w16cid:durableId="1812552626">
    <w:abstractNumId w:val="3"/>
  </w:num>
  <w:num w:numId="7" w16cid:durableId="1894390593">
    <w:abstractNumId w:val="2"/>
  </w:num>
  <w:num w:numId="8" w16cid:durableId="413481308">
    <w:abstractNumId w:val="1"/>
  </w:num>
  <w:num w:numId="9" w16cid:durableId="535893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6EF3"/>
    <w:rsid w:val="00097DED"/>
    <w:rsid w:val="0015074B"/>
    <w:rsid w:val="00230753"/>
    <w:rsid w:val="0029639D"/>
    <w:rsid w:val="002D2C41"/>
    <w:rsid w:val="00326F90"/>
    <w:rsid w:val="00391090"/>
    <w:rsid w:val="004B3044"/>
    <w:rsid w:val="004C5D44"/>
    <w:rsid w:val="005D4143"/>
    <w:rsid w:val="00605D03"/>
    <w:rsid w:val="0080685F"/>
    <w:rsid w:val="00873438"/>
    <w:rsid w:val="0091696B"/>
    <w:rsid w:val="00964856"/>
    <w:rsid w:val="00AA1D8D"/>
    <w:rsid w:val="00B47730"/>
    <w:rsid w:val="00BD098A"/>
    <w:rsid w:val="00CB0664"/>
    <w:rsid w:val="00CE0362"/>
    <w:rsid w:val="00FC693F"/>
    <w:rsid w:val="00FD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8571CD"/>
  <w14:defaultImageDpi w14:val="300"/>
  <w15:docId w15:val="{46CD4E43-CA71-4ECD-9C37-72B40F11E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 w:line="269" w:lineRule="auto"/>
    </w:pPr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Sekretar OU</cp:lastModifiedBy>
  <cp:revision>29</cp:revision>
  <cp:lastPrinted>2026-10-21T12:46:00Z</cp:lastPrinted>
  <dcterms:created xsi:type="dcterms:W3CDTF">2013-12-23T23:15:00Z</dcterms:created>
  <dcterms:modified xsi:type="dcterms:W3CDTF">2026-10-21T15:06:00Z</dcterms:modified>
  <cp:category/>
</cp:coreProperties>
</file>